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A66" w:rsidRPr="002D5E30" w:rsidRDefault="005F4BAE">
      <w:pPr>
        <w:spacing w:after="60"/>
        <w:jc w:val="center"/>
        <w:rPr>
          <w:rFonts w:ascii="BIZ UDP明朝 Medium" w:eastAsia="BIZ UDP明朝 Medium" w:hAnsi="BIZ UDP明朝 Medium"/>
          <w:color w:val="000000" w:themeColor="text1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36"/>
        </w:rPr>
        <w:t>地域公共交通網再編案　意見用紙</w:t>
      </w:r>
    </w:p>
    <w:p w:rsidR="00901A66" w:rsidRPr="002D5E30" w:rsidRDefault="005F4BAE">
      <w:pPr>
        <w:spacing w:after="140"/>
        <w:jc w:val="center"/>
        <w:rPr>
          <w:rFonts w:ascii="BIZ UDP明朝 Medium" w:eastAsia="BIZ UDP明朝 Medium" w:hAnsi="BIZ UDP明朝 Medium"/>
          <w:color w:val="000000" w:themeColor="text1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</w:rPr>
        <w:t>募集期間：令和8年10月1日（木）～10月30日（金）</w:t>
      </w:r>
    </w:p>
    <w:tbl>
      <w:tblPr>
        <w:tblStyle w:val="afe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D5E30" w:rsidRPr="002D5E30">
        <w:trPr>
          <w:jc w:val="center"/>
        </w:trPr>
        <w:tc>
          <w:tcPr>
            <w:tcW w:w="10205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 w:rsidP="002D5E30">
            <w:pPr>
              <w:spacing w:after="0"/>
              <w:ind w:leftChars="100" w:left="21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b/>
                <w:color w:val="000000" w:themeColor="text1"/>
                <w:sz w:val="19"/>
                <w:lang w:eastAsia="ja-JP"/>
              </w:rPr>
              <w:t>ご意見は任意の様式でも提出できます。この用紙は、意見を記入する際の参考様式です。</w:t>
            </w:r>
            <w:r w:rsidRPr="002D5E30">
              <w:rPr>
                <w:rFonts w:ascii="BIZ UDP明朝 Medium" w:eastAsia="BIZ UDP明朝 Medium" w:hAnsi="BIZ UDP明朝 Medium"/>
                <w:b/>
                <w:color w:val="000000" w:themeColor="text1"/>
                <w:sz w:val="19"/>
                <w:lang w:eastAsia="ja-JP"/>
              </w:rPr>
              <w:br/>
              <w:t>すべての項目に回答する必要はありません。ご意見のある項目のみご記入ください。</w:t>
            </w:r>
          </w:p>
        </w:tc>
      </w:tr>
    </w:tbl>
    <w:p w:rsidR="00CD33B9" w:rsidRPr="00CD33B9" w:rsidRDefault="005F4BAE">
      <w:pPr>
        <w:spacing w:before="100" w:after="100"/>
        <w:rPr>
          <w:rFonts w:ascii="BIZ UDP明朝 Medium" w:eastAsia="BIZ UDP明朝 Medium" w:hAnsi="BIZ UDP明朝 Medium"/>
          <w:color w:val="000000" w:themeColor="text1"/>
          <w:sz w:val="14"/>
          <w:lang w:eastAsia="ja-JP"/>
        </w:rPr>
      </w:pPr>
      <w:r w:rsidRPr="002D5E30">
        <w:rPr>
          <w:rFonts w:ascii="BIZ UDP明朝 Medium" w:eastAsia="BIZ UDP明朝 Medium" w:hAnsi="BIZ UDP明朝 Medium"/>
          <w:color w:val="000000" w:themeColor="text1"/>
          <w:sz w:val="19"/>
          <w:lang w:eastAsia="ja-JP"/>
        </w:rPr>
        <w:t>提出方法：</w:t>
      </w:r>
      <w:r w:rsidR="00CD33B9">
        <w:rPr>
          <w:rFonts w:ascii="BIZ UDP明朝 Medium" w:eastAsia="BIZ UDP明朝 Medium" w:hAnsi="BIZ UDP明朝 Medium" w:hint="eastAsia"/>
          <w:color w:val="000000" w:themeColor="text1"/>
          <w:sz w:val="19"/>
          <w:lang w:eastAsia="ja-JP"/>
        </w:rPr>
        <w:t>郵送または窓口持参</w:t>
      </w:r>
      <w:r w:rsidR="00CD33B9" w:rsidRPr="00CD33B9">
        <w:rPr>
          <w:rFonts w:ascii="BIZ UDP明朝 Medium" w:eastAsia="BIZ UDP明朝 Medium" w:hAnsi="BIZ UDP明朝 Medium" w:hint="eastAsia"/>
          <w:color w:val="000000" w:themeColor="text1"/>
          <w:sz w:val="14"/>
          <w:lang w:eastAsia="ja-JP"/>
        </w:rPr>
        <w:t>※</w:t>
      </w:r>
      <w:r w:rsidR="002D5E30">
        <w:rPr>
          <w:rFonts w:ascii="BIZ UDP明朝 Medium" w:eastAsia="BIZ UDP明朝 Medium" w:hAnsi="BIZ UDP明朝 Medium" w:hint="eastAsia"/>
          <w:color w:val="000000" w:themeColor="text1"/>
          <w:sz w:val="19"/>
          <w:lang w:eastAsia="ja-JP"/>
        </w:rPr>
        <w:t>、ファックス</w:t>
      </w:r>
      <w:r w:rsidR="00CD33B9">
        <w:rPr>
          <w:rFonts w:ascii="BIZ UDP明朝 Medium" w:eastAsia="BIZ UDP明朝 Medium" w:hAnsi="BIZ UDP明朝 Medium" w:hint="eastAsia"/>
          <w:color w:val="000000" w:themeColor="text1"/>
          <w:sz w:val="19"/>
          <w:lang w:eastAsia="ja-JP"/>
        </w:rPr>
        <w:t>、</w:t>
      </w:r>
      <w:r w:rsidRPr="002D5E30">
        <w:rPr>
          <w:rFonts w:ascii="BIZ UDP明朝 Medium" w:eastAsia="BIZ UDP明朝 Medium" w:hAnsi="BIZ UDP明朝 Medium"/>
          <w:color w:val="000000" w:themeColor="text1"/>
          <w:sz w:val="19"/>
          <w:lang w:eastAsia="ja-JP"/>
        </w:rPr>
        <w:t>回答フォーム</w:t>
      </w:r>
    </w:p>
    <w:p w:rsidR="00901A66" w:rsidRPr="00CD33B9" w:rsidRDefault="002D5E30" w:rsidP="00CD33B9">
      <w:pPr>
        <w:spacing w:before="100" w:after="100"/>
        <w:jc w:val="right"/>
        <w:rPr>
          <w:rFonts w:ascii="BIZ UDP明朝 Medium" w:eastAsia="BIZ UDP明朝 Medium" w:hAnsi="BIZ UDP明朝 Medium"/>
          <w:color w:val="000000" w:themeColor="text1"/>
          <w:sz w:val="14"/>
          <w:lang w:eastAsia="ja-JP"/>
        </w:rPr>
      </w:pPr>
      <w:r>
        <w:rPr>
          <w:rFonts w:ascii="BIZ UDP明朝 Medium" w:eastAsia="BIZ UDP明朝 Medium" w:hAnsi="BIZ UDP明朝 Medium" w:hint="eastAsia"/>
          <w:color w:val="000000" w:themeColor="text1"/>
          <w:sz w:val="19"/>
          <w:lang w:eastAsia="ja-JP"/>
        </w:rPr>
        <w:t xml:space="preserve">　</w:t>
      </w:r>
      <w:r w:rsidRPr="00CD33B9">
        <w:rPr>
          <w:rFonts w:ascii="BIZ UDP明朝 Medium" w:eastAsia="BIZ UDP明朝 Medium" w:hAnsi="BIZ UDP明朝 Medium" w:hint="eastAsia"/>
          <w:color w:val="000000" w:themeColor="text1"/>
          <w:sz w:val="14"/>
          <w:lang w:eastAsia="ja-JP"/>
        </w:rPr>
        <w:t>※</w:t>
      </w:r>
      <w:r w:rsidR="005F4BAE" w:rsidRPr="00CD33B9">
        <w:rPr>
          <w:rFonts w:ascii="BIZ UDP明朝 Medium" w:eastAsia="BIZ UDP明朝 Medium" w:hAnsi="BIZ UDP明朝 Medium"/>
          <w:color w:val="000000" w:themeColor="text1"/>
          <w:sz w:val="14"/>
          <w:lang w:eastAsia="ja-JP"/>
        </w:rPr>
        <w:t>郵送は令和8年10月30日（金）の当日消印有効です。</w:t>
      </w:r>
    </w:p>
    <w:p w:rsidR="00901A66" w:rsidRPr="002D5E30" w:rsidRDefault="005F4BAE">
      <w:pPr>
        <w:spacing w:before="160"/>
        <w:rPr>
          <w:rFonts w:ascii="BIZ UDP明朝 Medium" w:eastAsia="BIZ UDP明朝 Medium" w:hAnsi="BIZ UDP明朝 Medium"/>
          <w:color w:val="000000" w:themeColor="text1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24"/>
        </w:rPr>
        <w:t>1　提出者について</w:t>
      </w:r>
    </w:p>
    <w:tbl>
      <w:tblPr>
        <w:tblStyle w:val="afe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2D5E30" w:rsidRPr="002D5E30">
        <w:trPr>
          <w:jc w:val="center"/>
        </w:trPr>
        <w:tc>
          <w:tcPr>
            <w:tcW w:w="2381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>
            <w:pPr>
              <w:spacing w:after="0" w:line="252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</w:rPr>
              <w:t>氏名</w:t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</w:rPr>
              <w:br/>
              <w:t>（</w:t>
            </w:r>
            <w:r w:rsidR="00153709">
              <w:rPr>
                <w:rFonts w:ascii="BIZ UDP明朝 Medium" w:eastAsia="BIZ UDP明朝 Medium" w:hAnsi="BIZ UDP明朝 Medium" w:hint="eastAsia"/>
                <w:color w:val="000000" w:themeColor="text1"/>
                <w:sz w:val="19"/>
                <w:lang w:eastAsia="ja-JP"/>
              </w:rPr>
              <w:t>法人</w:t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</w:rPr>
              <w:t>名</w:t>
            </w:r>
            <w:r w:rsidR="00153709">
              <w:rPr>
                <w:rFonts w:ascii="BIZ UDP明朝 Medium" w:eastAsia="BIZ UDP明朝 Medium" w:hAnsi="BIZ UDP明朝 Medium" w:hint="eastAsia"/>
                <w:color w:val="000000" w:themeColor="text1"/>
                <w:sz w:val="19"/>
                <w:lang w:eastAsia="ja-JP"/>
              </w:rPr>
              <w:t>等</w:t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</w:rPr>
              <w:t>）</w:t>
            </w:r>
          </w:p>
        </w:tc>
        <w:tc>
          <w:tcPr>
            <w:tcW w:w="78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901A66">
            <w:pPr>
              <w:spacing w:after="0" w:line="252" w:lineRule="auto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</w:tr>
      <w:tr w:rsidR="002D5E30" w:rsidRPr="002D5E30">
        <w:trPr>
          <w:jc w:val="center"/>
        </w:trPr>
        <w:tc>
          <w:tcPr>
            <w:tcW w:w="2381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>
            <w:pPr>
              <w:spacing w:after="0" w:line="252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</w:rPr>
              <w:t>住所</w:t>
            </w:r>
            <w:r w:rsidR="00153709">
              <w:rPr>
                <w:rFonts w:ascii="BIZ UDP明朝 Medium" w:eastAsia="BIZ UDP明朝 Medium" w:hAnsi="BIZ UDP明朝 Medium" w:hint="eastAsia"/>
                <w:color w:val="000000" w:themeColor="text1"/>
                <w:sz w:val="19"/>
                <w:lang w:eastAsia="ja-JP"/>
              </w:rPr>
              <w:t>（所在地）</w:t>
            </w:r>
          </w:p>
        </w:tc>
        <w:tc>
          <w:tcPr>
            <w:tcW w:w="78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901A66">
            <w:pPr>
              <w:spacing w:after="0" w:line="252" w:lineRule="auto"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</w:tr>
      <w:tr w:rsidR="002D5E30" w:rsidRPr="002D5E30">
        <w:trPr>
          <w:jc w:val="center"/>
        </w:trPr>
        <w:tc>
          <w:tcPr>
            <w:tcW w:w="2381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>
            <w:pPr>
              <w:spacing w:after="0" w:line="252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  <w:lang w:eastAsia="ja-JP"/>
              </w:rPr>
              <w:t>連絡先</w:t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  <w:lang w:eastAsia="ja-JP"/>
              </w:rPr>
              <w:br/>
              <w:t>（電話・メール）</w:t>
            </w:r>
          </w:p>
        </w:tc>
        <w:tc>
          <w:tcPr>
            <w:tcW w:w="78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901A66">
            <w:pPr>
              <w:spacing w:after="0" w:line="252" w:lineRule="auto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</w:tc>
      </w:tr>
    </w:tbl>
    <w:p w:rsidR="00901A66" w:rsidRPr="002D5E30" w:rsidRDefault="005F4BAE">
      <w:pPr>
        <w:spacing w:before="60" w:after="4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color w:val="000000" w:themeColor="text1"/>
          <w:sz w:val="17"/>
          <w:lang w:eastAsia="ja-JP"/>
        </w:rPr>
        <w:t>※個人情報は、本件に関する確認以外の目的には使用しません。</w:t>
      </w:r>
    </w:p>
    <w:p w:rsidR="00901A66" w:rsidRPr="002D5E30" w:rsidRDefault="005F4BAE">
      <w:pPr>
        <w:spacing w:before="160"/>
        <w:rPr>
          <w:rFonts w:ascii="BIZ UDP明朝 Medium" w:eastAsia="BIZ UDP明朝 Medium" w:hAnsi="BIZ UDP明朝 Medium"/>
          <w:color w:val="000000" w:themeColor="text1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24"/>
        </w:rPr>
        <w:t>2　公共交通の利用状況</w:t>
      </w:r>
    </w:p>
    <w:tbl>
      <w:tblPr>
        <w:tblStyle w:val="afe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257"/>
      </w:tblGrid>
      <w:tr w:rsidR="002D5E30" w:rsidRPr="002D5E30">
        <w:trPr>
          <w:jc w:val="center"/>
        </w:trPr>
        <w:tc>
          <w:tcPr>
            <w:tcW w:w="294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>
            <w:pPr>
              <w:spacing w:after="0" w:line="252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  <w:lang w:eastAsia="ja-JP"/>
              </w:rPr>
              <w:t>主に利用する路線・停留所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901A66">
            <w:pPr>
              <w:spacing w:after="0" w:line="252" w:lineRule="auto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</w:tc>
      </w:tr>
      <w:tr w:rsidR="002D5E30" w:rsidRPr="002D5E30">
        <w:trPr>
          <w:jc w:val="center"/>
        </w:trPr>
        <w:tc>
          <w:tcPr>
            <w:tcW w:w="294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>
            <w:pPr>
              <w:spacing w:after="0" w:line="252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</w:rPr>
              <w:t>主な利用目的</w:t>
            </w:r>
            <w:r w:rsidR="00CD33B9">
              <w:rPr>
                <w:rFonts w:ascii="BIZ UDP明朝 Medium" w:eastAsia="BIZ UDP明朝 Medium" w:hAnsi="BIZ UDP明朝 Medium" w:hint="eastAsia"/>
                <w:color w:val="000000" w:themeColor="text1"/>
                <w:sz w:val="19"/>
                <w:lang w:eastAsia="ja-JP"/>
              </w:rPr>
              <w:t>（複数回答可）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>
            <w:pPr>
              <w:spacing w:after="0" w:line="252" w:lineRule="auto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  <w:lang w:eastAsia="ja-JP"/>
              </w:rPr>
              <w:t>□ 通勤　□ 通学　□ 通院　□ 買物　□ その他（　　　　　　）</w:t>
            </w:r>
          </w:p>
        </w:tc>
      </w:tr>
      <w:tr w:rsidR="002D5E30" w:rsidRPr="002D5E30">
        <w:trPr>
          <w:jc w:val="center"/>
        </w:trPr>
        <w:tc>
          <w:tcPr>
            <w:tcW w:w="294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33B9" w:rsidRDefault="005F4BAE" w:rsidP="00CD33B9">
            <w:pPr>
              <w:spacing w:after="0" w:line="252" w:lineRule="auto"/>
              <w:jc w:val="center"/>
              <w:rPr>
                <w:rFonts w:ascii="BIZ UDP明朝 Medium" w:eastAsia="BIZ UDP明朝 Medium" w:hAnsi="BIZ UDP明朝 Medium"/>
                <w:color w:val="000000" w:themeColor="text1"/>
                <w:sz w:val="19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9"/>
                <w:lang w:eastAsia="ja-JP"/>
              </w:rPr>
              <w:t>利用する曜日・時間帯</w:t>
            </w:r>
          </w:p>
          <w:p w:rsidR="00CD33B9" w:rsidRPr="00CD33B9" w:rsidRDefault="00CD33B9" w:rsidP="00CD33B9">
            <w:pPr>
              <w:spacing w:after="0" w:line="252" w:lineRule="auto"/>
              <w:jc w:val="center"/>
              <w:rPr>
                <w:rFonts w:ascii="BIZ UDP明朝 Medium" w:eastAsia="BIZ UDP明朝 Medium" w:hAnsi="BIZ UDP明朝 Medium" w:hint="eastAsia"/>
                <w:color w:val="000000" w:themeColor="text1"/>
                <w:sz w:val="19"/>
                <w:lang w:eastAsia="ja-JP"/>
              </w:rPr>
            </w:pPr>
            <w:r>
              <w:rPr>
                <w:rFonts w:ascii="BIZ UDP明朝 Medium" w:eastAsia="BIZ UDP明朝 Medium" w:hAnsi="BIZ UDP明朝 Medium" w:hint="eastAsia"/>
                <w:color w:val="000000" w:themeColor="text1"/>
                <w:sz w:val="19"/>
                <w:lang w:eastAsia="ja-JP"/>
              </w:rPr>
              <w:t>(複数回答可)</w:t>
            </w:r>
          </w:p>
        </w:tc>
        <w:tc>
          <w:tcPr>
            <w:tcW w:w="72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33B9" w:rsidRPr="00CD33B9" w:rsidRDefault="005F4BAE">
            <w:pPr>
              <w:spacing w:after="0" w:line="252" w:lineRule="auto"/>
              <w:rPr>
                <w:rFonts w:ascii="BIZ UDP明朝 Medium" w:eastAsia="BIZ UD明朝 Medium" w:hAnsi="BIZ UDP明朝 Medium"/>
                <w:color w:val="000000" w:themeColor="text1"/>
                <w:sz w:val="19"/>
              </w:rPr>
            </w:pPr>
            <w:r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</w:rPr>
              <w:t>曜日：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日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月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 w:cs="ＭＳ 明朝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火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 w:cs="ＭＳ 明朝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水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 w:cs="ＭＳ 明朝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木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cs="ＭＳ 明朝" w:hint="eastAsia"/>
                <w:color w:val="000000" w:themeColor="text1"/>
                <w:sz w:val="19"/>
                <w:lang w:eastAsia="ja-JP"/>
              </w:rPr>
              <w:t>□金</w:t>
            </w:r>
            <w:r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</w:rPr>
              <w:t xml:space="preserve">　　　　　　　　　　</w:t>
            </w:r>
          </w:p>
          <w:p w:rsidR="00CD33B9" w:rsidRPr="00CD33B9" w:rsidRDefault="005F4BAE">
            <w:pPr>
              <w:spacing w:after="0" w:line="252" w:lineRule="auto"/>
              <w:rPr>
                <w:rFonts w:ascii="BIZ UDP明朝 Medium" w:eastAsia="BIZ UD明朝 Medium" w:hAnsi="BIZ UDP明朝 Medium"/>
                <w:color w:val="000000" w:themeColor="text1"/>
                <w:sz w:val="19"/>
                <w:lang w:eastAsia="ja-JP"/>
              </w:rPr>
            </w:pPr>
            <w:r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</w:rPr>
              <w:t>時間帯：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</w:rPr>
              <w:t xml:space="preserve"> 6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時～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9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時台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  <w:lang w:eastAsia="ja-JP"/>
              </w:rPr>
              <w:t>10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時～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12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時台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13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時～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15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時台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□</w:t>
            </w:r>
            <w:r w:rsidR="00CD33B9"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  <w:lang w:eastAsia="ja-JP"/>
              </w:rPr>
              <w:t xml:space="preserve"> 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16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時～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1</w:t>
            </w:r>
            <w:r w:rsidR="00CD33B9"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  <w:lang w:eastAsia="ja-JP"/>
              </w:rPr>
              <w:t>9</w:t>
            </w:r>
            <w:r w:rsidR="00CD33B9"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時台</w:t>
            </w:r>
          </w:p>
          <w:p w:rsidR="00901A66" w:rsidRPr="00CD33B9" w:rsidRDefault="00CD33B9" w:rsidP="00CD33B9">
            <w:pPr>
              <w:spacing w:after="0" w:line="252" w:lineRule="auto"/>
              <w:rPr>
                <w:rFonts w:ascii="BIZ UDP明朝 Medium" w:eastAsia="BIZ UDP明朝 Medium" w:hAnsi="BIZ UDP明朝 Medium"/>
                <w:color w:val="000000" w:themeColor="text1"/>
                <w:sz w:val="19"/>
                <w:lang w:eastAsia="ja-JP"/>
              </w:rPr>
            </w:pPr>
            <w:r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□</w:t>
            </w:r>
            <w:r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2</w:t>
            </w:r>
            <w:r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  <w:lang w:eastAsia="ja-JP"/>
              </w:rPr>
              <w:t>0</w:t>
            </w:r>
            <w:r w:rsidRPr="00CD33B9">
              <w:rPr>
                <w:rFonts w:ascii="BIZ UDP明朝 Medium" w:eastAsia="BIZ UD明朝 Medium" w:hAnsi="BIZ UDP明朝 Medium" w:hint="eastAsia"/>
                <w:color w:val="000000" w:themeColor="text1"/>
                <w:sz w:val="19"/>
                <w:lang w:eastAsia="ja-JP"/>
              </w:rPr>
              <w:t>時以降</w:t>
            </w:r>
            <w:r w:rsidR="005F4BAE" w:rsidRPr="00CD33B9">
              <w:rPr>
                <w:rFonts w:ascii="BIZ UDP明朝 Medium" w:eastAsia="BIZ UD明朝 Medium" w:hAnsi="BIZ UDP明朝 Medium"/>
                <w:color w:val="000000" w:themeColor="text1"/>
                <w:sz w:val="19"/>
              </w:rPr>
              <w:t xml:space="preserve">　　　</w:t>
            </w:r>
            <w:r w:rsidR="005F4BAE" w:rsidRPr="00CD33B9">
              <w:rPr>
                <w:rFonts w:ascii="BIZ UDP明朝 Medium" w:eastAsia="BIZ UDP明朝 Medium" w:hAnsi="BIZ UDP明朝 Medium"/>
                <w:color w:val="000000" w:themeColor="text1"/>
                <w:sz w:val="19"/>
              </w:rPr>
              <w:t xml:space="preserve">　　　　　　</w:t>
            </w:r>
          </w:p>
        </w:tc>
      </w:tr>
    </w:tbl>
    <w:p w:rsidR="00901A66" w:rsidRPr="002D5E30" w:rsidRDefault="00901A66">
      <w:pPr>
        <w:rPr>
          <w:rFonts w:ascii="BIZ UDP明朝 Medium" w:eastAsia="BIZ UDP明朝 Medium" w:hAnsi="BIZ UDP明朝 Medium"/>
          <w:color w:val="000000" w:themeColor="text1"/>
        </w:rPr>
      </w:pPr>
    </w:p>
    <w:p w:rsidR="00901A66" w:rsidRPr="002D5E30" w:rsidRDefault="005F4BAE">
      <w:pPr>
        <w:spacing w:before="1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24"/>
          <w:lang w:eastAsia="ja-JP"/>
        </w:rPr>
        <w:t>3　再編案についてのご意見</w:t>
      </w:r>
    </w:p>
    <w:p w:rsidR="00901A66" w:rsidRPr="002D5E30" w:rsidRDefault="005F4BAE">
      <w:pPr>
        <w:spacing w:after="10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color w:val="000000" w:themeColor="text1"/>
          <w:sz w:val="19"/>
          <w:lang w:eastAsia="ja-JP"/>
        </w:rPr>
        <w:t>該当する項目について、具体的な区間、曜日、時間帯などと併せてご記入ください。</w:t>
      </w:r>
    </w:p>
    <w:p w:rsidR="00901A66" w:rsidRPr="002D5E30" w:rsidRDefault="005F4BAE">
      <w:pPr>
        <w:spacing w:before="140" w:after="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  <w:t>（1）　運行ルートに関するご意見</w:t>
      </w:r>
    </w:p>
    <w:p w:rsidR="00901A66" w:rsidRPr="002D5E30" w:rsidRDefault="005F4BAE">
      <w:pPr>
        <w:spacing w:after="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color w:val="000000" w:themeColor="text1"/>
          <w:sz w:val="17"/>
          <w:lang w:eastAsia="ja-JP"/>
        </w:rPr>
        <w:t>経由地、停留所、乗り継ぎなどについてご記入ください。</w:t>
      </w:r>
    </w:p>
    <w:tbl>
      <w:tblPr>
        <w:tblStyle w:val="afe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D5E30" w:rsidRPr="002D5E30">
        <w:trPr>
          <w:jc w:val="center"/>
        </w:trPr>
        <w:tc>
          <w:tcPr>
            <w:tcW w:w="10205" w:type="dxa"/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Default="005F4BAE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 w:hint="eastAsia"/>
                <w:color w:val="000000" w:themeColor="text1"/>
                <w:lang w:eastAsia="ja-JP"/>
              </w:rPr>
            </w:pP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  <w:p w:rsidR="00CD33B9" w:rsidRPr="002D5E30" w:rsidRDefault="00CD33B9">
            <w:pPr>
              <w:spacing w:after="0"/>
              <w:rPr>
                <w:rFonts w:ascii="BIZ UDP明朝 Medium" w:eastAsia="BIZ UDP明朝 Medium" w:hAnsi="BIZ UDP明朝 Medium" w:hint="eastAsia"/>
                <w:color w:val="000000" w:themeColor="text1"/>
                <w:lang w:eastAsia="ja-JP"/>
              </w:rPr>
            </w:pPr>
          </w:p>
        </w:tc>
      </w:tr>
    </w:tbl>
    <w:p w:rsidR="00CD33B9" w:rsidRDefault="00CD33B9">
      <w:pPr>
        <w:spacing w:before="140" w:after="60"/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</w:pPr>
    </w:p>
    <w:p w:rsidR="00CD33B9" w:rsidRDefault="00CD33B9">
      <w:pPr>
        <w:spacing w:before="140" w:after="60"/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</w:pPr>
    </w:p>
    <w:p w:rsidR="00CD33B9" w:rsidRDefault="00CD33B9">
      <w:pPr>
        <w:spacing w:before="140" w:after="60"/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</w:pPr>
    </w:p>
    <w:p w:rsidR="00CD33B9" w:rsidRDefault="00CD33B9">
      <w:pPr>
        <w:spacing w:before="140" w:after="60"/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</w:pPr>
    </w:p>
    <w:p w:rsidR="00CD33B9" w:rsidRDefault="00CD33B9">
      <w:pPr>
        <w:spacing w:before="140" w:after="60"/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</w:pPr>
    </w:p>
    <w:p w:rsidR="00901A66" w:rsidRPr="002D5E30" w:rsidRDefault="005F4BAE">
      <w:pPr>
        <w:spacing w:before="140" w:after="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  <w:lastRenderedPageBreak/>
        <w:t>（2）　運行日に関するご意見</w:t>
      </w:r>
    </w:p>
    <w:p w:rsidR="00901A66" w:rsidRPr="002D5E30" w:rsidRDefault="005F4BAE">
      <w:pPr>
        <w:spacing w:after="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color w:val="000000" w:themeColor="text1"/>
          <w:sz w:val="17"/>
          <w:lang w:eastAsia="ja-JP"/>
        </w:rPr>
        <w:t>平日、土日祝日などの運行についてご記入ください。</w:t>
      </w:r>
    </w:p>
    <w:tbl>
      <w:tblPr>
        <w:tblStyle w:val="afe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D5E30" w:rsidRPr="002D5E30">
        <w:trPr>
          <w:jc w:val="center"/>
        </w:trPr>
        <w:tc>
          <w:tcPr>
            <w:tcW w:w="10205" w:type="dxa"/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</w:pP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</w:pPr>
          </w:p>
          <w:p w:rsidR="00901A66" w:rsidRDefault="005F4BAE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  <w:p w:rsidR="00CD33B9" w:rsidRPr="002D5E30" w:rsidRDefault="00CD33B9">
            <w:pPr>
              <w:spacing w:after="0"/>
              <w:rPr>
                <w:rFonts w:ascii="BIZ UDP明朝 Medium" w:eastAsia="BIZ UDP明朝 Medium" w:hAnsi="BIZ UDP明朝 Medium" w:hint="eastAsia"/>
                <w:color w:val="000000" w:themeColor="text1"/>
                <w:lang w:eastAsia="ja-JP"/>
              </w:rPr>
            </w:pPr>
          </w:p>
        </w:tc>
      </w:tr>
    </w:tbl>
    <w:p w:rsidR="00901A66" w:rsidRPr="002D5E30" w:rsidRDefault="005F4BAE">
      <w:pPr>
        <w:spacing w:before="140" w:after="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  <w:t>（3）　運行ダイヤ・運行時間に関するご意見</w:t>
      </w:r>
    </w:p>
    <w:p w:rsidR="00901A66" w:rsidRPr="002D5E30" w:rsidRDefault="005F4BAE">
      <w:pPr>
        <w:spacing w:after="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color w:val="000000" w:themeColor="text1"/>
          <w:sz w:val="17"/>
          <w:lang w:eastAsia="ja-JP"/>
        </w:rPr>
        <w:t>利用したい曜日や時間帯をできるだけ具体的にご記入ください。</w:t>
      </w:r>
    </w:p>
    <w:tbl>
      <w:tblPr>
        <w:tblStyle w:val="afe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D5E30" w:rsidRPr="002D5E30">
        <w:trPr>
          <w:jc w:val="center"/>
        </w:trPr>
        <w:tc>
          <w:tcPr>
            <w:tcW w:w="10205" w:type="dxa"/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33B9" w:rsidRDefault="005F4BAE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</w:pPr>
          </w:p>
          <w:p w:rsidR="00901A66" w:rsidRDefault="005F4BAE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  <w:p w:rsidR="00CD33B9" w:rsidRPr="002D5E30" w:rsidRDefault="00CD33B9">
            <w:pPr>
              <w:spacing w:after="0"/>
              <w:rPr>
                <w:rFonts w:ascii="BIZ UDP明朝 Medium" w:eastAsia="BIZ UDP明朝 Medium" w:hAnsi="BIZ UDP明朝 Medium" w:hint="eastAsia"/>
                <w:color w:val="000000" w:themeColor="text1"/>
                <w:lang w:eastAsia="ja-JP"/>
              </w:rPr>
            </w:pPr>
          </w:p>
        </w:tc>
      </w:tr>
    </w:tbl>
    <w:p w:rsidR="00901A66" w:rsidRPr="002D5E30" w:rsidRDefault="005F4BAE">
      <w:pPr>
        <w:spacing w:before="140" w:after="60"/>
        <w:rPr>
          <w:rFonts w:ascii="BIZ UDP明朝 Medium" w:eastAsia="BIZ UDP明朝 Medium" w:hAnsi="BIZ UDP明朝 Medium"/>
          <w:color w:val="000000" w:themeColor="text1"/>
          <w:lang w:eastAsia="ja-JP"/>
        </w:rPr>
      </w:pPr>
      <w:r w:rsidRPr="002D5E30">
        <w:rPr>
          <w:rFonts w:ascii="BIZ UDP明朝 Medium" w:eastAsia="BIZ UDP明朝 Medium" w:hAnsi="BIZ UDP明朝 Medium"/>
          <w:b/>
          <w:color w:val="000000" w:themeColor="text1"/>
          <w:sz w:val="22"/>
          <w:lang w:eastAsia="ja-JP"/>
        </w:rPr>
        <w:t>（4）　運賃に関するご意見</w:t>
      </w:r>
    </w:p>
    <w:tbl>
      <w:tblPr>
        <w:tblStyle w:val="afe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2D5E30" w:rsidRPr="002D5E30">
        <w:trPr>
          <w:jc w:val="center"/>
        </w:trPr>
        <w:tc>
          <w:tcPr>
            <w:tcW w:w="10205" w:type="dxa"/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</w:pP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</w:pPr>
          </w:p>
          <w:p w:rsidR="00901A66" w:rsidRDefault="005F4BAE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bookmarkStart w:id="0" w:name="_GoBack"/>
            <w:bookmarkEnd w:id="0"/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20"/>
                <w:lang w:eastAsia="ja-JP"/>
              </w:rPr>
              <w:br/>
            </w: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  <w:p w:rsidR="00CD33B9" w:rsidRDefault="00CD33B9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</w:p>
          <w:p w:rsidR="00CD33B9" w:rsidRPr="002D5E30" w:rsidRDefault="00CD33B9">
            <w:pPr>
              <w:spacing w:after="0"/>
              <w:rPr>
                <w:rFonts w:ascii="BIZ UDP明朝 Medium" w:eastAsia="BIZ UDP明朝 Medium" w:hAnsi="BIZ UDP明朝 Medium" w:hint="eastAsia"/>
                <w:color w:val="000000" w:themeColor="text1"/>
                <w:lang w:eastAsia="ja-JP"/>
              </w:rPr>
            </w:pPr>
          </w:p>
        </w:tc>
      </w:tr>
      <w:tr w:rsidR="002D5E30" w:rsidRPr="002D5E30">
        <w:trPr>
          <w:jc w:val="center"/>
        </w:trPr>
        <w:tc>
          <w:tcPr>
            <w:tcW w:w="10205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01A66" w:rsidRPr="002D5E30" w:rsidRDefault="005F4BAE">
            <w:pPr>
              <w:spacing w:after="0"/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</w:pPr>
            <w:r w:rsidRPr="002D5E30">
              <w:rPr>
                <w:rFonts w:ascii="BIZ UDP明朝 Medium" w:eastAsia="BIZ UDP明朝 Medium" w:hAnsi="BIZ UDP明朝 Medium"/>
                <w:color w:val="000000" w:themeColor="text1"/>
                <w:lang w:eastAsia="ja-JP"/>
              </w:rPr>
              <w:br w:type="page"/>
            </w:r>
            <w:r w:rsidRPr="002D5E30">
              <w:rPr>
                <w:rFonts w:ascii="BIZ UDP明朝 Medium" w:eastAsia="BIZ UDP明朝 Medium" w:hAnsi="BIZ UDP明朝 Medium"/>
                <w:color w:val="000000" w:themeColor="text1"/>
                <w:sz w:val="18"/>
                <w:lang w:eastAsia="ja-JP"/>
              </w:rPr>
              <w:t>いただいたご意見は、今回の再編または今後の公共交通施策の参考とします。募集期間終了後、市の回答案を市公式ウェブサイトに掲載し、個別の回答は行いません。</w:t>
            </w:r>
          </w:p>
        </w:tc>
      </w:tr>
    </w:tbl>
    <w:p w:rsidR="00DC3115" w:rsidRPr="002D5E30" w:rsidRDefault="00DC3115">
      <w:pPr>
        <w:rPr>
          <w:rFonts w:ascii="BIZ UDP明朝 Medium" w:eastAsia="BIZ UDP明朝 Medium" w:hAnsi="BIZ UDP明朝 Medium"/>
          <w:color w:val="000000" w:themeColor="text1"/>
          <w:lang w:eastAsia="ja-JP"/>
        </w:rPr>
      </w:pPr>
    </w:p>
    <w:sectPr w:rsidR="00DC3115" w:rsidRPr="002D5E30" w:rsidSect="00034616">
      <w:footerReference w:type="default" r:id="rId8"/>
      <w:pgSz w:w="11906" w:h="16838"/>
      <w:pgMar w:top="794" w:right="850" w:bottom="794" w:left="85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115" w:rsidRDefault="005F4BAE">
      <w:pPr>
        <w:spacing w:after="0" w:line="240" w:lineRule="auto"/>
      </w:pPr>
      <w:r>
        <w:separator/>
      </w:r>
    </w:p>
  </w:endnote>
  <w:endnote w:type="continuationSeparator" w:id="0">
    <w:p w:rsidR="00DC3115" w:rsidRDefault="005F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A66" w:rsidRDefault="005F4BAE">
    <w:pPr>
      <w:pStyle w:val="a7"/>
      <w:jc w:val="right"/>
    </w:pPr>
    <w:r>
      <w:rPr>
        <w:color w:val="666666"/>
        <w:sz w:val="16"/>
      </w:rPr>
      <w:t>地域公共交通網再編案 意見用紙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115" w:rsidRDefault="005F4BAE">
      <w:pPr>
        <w:spacing w:after="0" w:line="240" w:lineRule="auto"/>
      </w:pPr>
      <w:r>
        <w:separator/>
      </w:r>
    </w:p>
  </w:footnote>
  <w:footnote w:type="continuationSeparator" w:id="0">
    <w:p w:rsidR="00DC3115" w:rsidRDefault="005F4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DE3511"/>
    <w:multiLevelType w:val="hybridMultilevel"/>
    <w:tmpl w:val="58DC70BE"/>
    <w:lvl w:ilvl="0" w:tplc="2E98F52C"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D5A76F5"/>
    <w:multiLevelType w:val="hybridMultilevel"/>
    <w:tmpl w:val="BA3E50C8"/>
    <w:lvl w:ilvl="0" w:tplc="A0D471C2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709"/>
    <w:rsid w:val="002063B9"/>
    <w:rsid w:val="0029639D"/>
    <w:rsid w:val="002D5E30"/>
    <w:rsid w:val="00326F90"/>
    <w:rsid w:val="00366983"/>
    <w:rsid w:val="005F4BAE"/>
    <w:rsid w:val="00901A66"/>
    <w:rsid w:val="00AA1D8D"/>
    <w:rsid w:val="00B47730"/>
    <w:rsid w:val="00CB0664"/>
    <w:rsid w:val="00CD33B9"/>
    <w:rsid w:val="00CE2A41"/>
    <w:rsid w:val="00DC31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F3F3DA"/>
  <w14:defaultImageDpi w14:val="300"/>
  <w15:docId w15:val="{56A76413-A4C7-4E38-ADF7-73D2ACA5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80" w:line="264" w:lineRule="auto"/>
    </w:pPr>
    <w:rPr>
      <w:rFonts w:ascii="游ゴシック" w:eastAsia="游ゴシック" w:hAnsi="游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3841B0-9804-435C-89DF-F4C682EB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佐野 陽一</dc:creator>
  <cp:lastModifiedBy>佐野 陽一</cp:lastModifiedBy>
  <cp:revision>2</cp:revision>
  <dcterms:created xsi:type="dcterms:W3CDTF">2026-09-21T01:23:00Z</dcterms:created>
  <dcterms:modified xsi:type="dcterms:W3CDTF">2026-09-21T01:23:00Z</dcterms:modified>
</cp:coreProperties>
</file>